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552"/>
        <w:gridCol w:w="3552"/>
        <w:gridCol w:w="3552"/>
      </w:tblGrid>
      <w:tr w:rsidR="00DD2600" w14:paraId="4393D425" w14:textId="77777777">
        <w:trPr>
          <w:jc w:val="center"/>
        </w:trPr>
        <w:tc>
          <w:tcPr>
            <w:tcW w:w="3552" w:type="dxa"/>
            <w:shd w:val="clear" w:color="auto" w:fill="16213A"/>
            <w:tcMar>
              <w:top w:w="80" w:type="dxa"/>
              <w:left w:w="80" w:type="dxa"/>
              <w:bottom w:w="80" w:type="dxa"/>
              <w:right w:w="80" w:type="dxa"/>
            </w:tcMar>
            <w:vAlign w:val="center"/>
          </w:tcPr>
          <w:p w14:paraId="44866F9D" w14:textId="0883EC54" w:rsidR="00DD2600" w:rsidRDefault="00C613D6" w:rsidP="00C613D6">
            <w:pPr>
              <w:jc w:val="center"/>
            </w:pPr>
            <w:r>
              <w:rPr>
                <w:noProof/>
              </w:rPr>
              <w:drawing>
                <wp:inline distT="0" distB="0" distL="0" distR="0" wp14:anchorId="480E1281" wp14:editId="5EE8BD59">
                  <wp:extent cx="1420495" cy="1465293"/>
                  <wp:effectExtent l="0" t="0" r="8255" b="1905"/>
                  <wp:docPr id="230849347" name="Picture 230849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1437676" cy="1483016"/>
                          </a:xfrm>
                          <a:prstGeom prst="rect">
                            <a:avLst/>
                          </a:prstGeom>
                        </pic:spPr>
                      </pic:pic>
                    </a:graphicData>
                  </a:graphic>
                </wp:inline>
              </w:drawing>
            </w:r>
          </w:p>
        </w:tc>
        <w:tc>
          <w:tcPr>
            <w:tcW w:w="3552" w:type="dxa"/>
            <w:shd w:val="clear" w:color="auto" w:fill="16213A"/>
            <w:tcMar>
              <w:top w:w="80" w:type="dxa"/>
              <w:left w:w="80" w:type="dxa"/>
              <w:bottom w:w="80" w:type="dxa"/>
              <w:right w:w="80" w:type="dxa"/>
            </w:tcMar>
            <w:vAlign w:val="center"/>
          </w:tcPr>
          <w:p w14:paraId="7474AB7B" w14:textId="77777777" w:rsidR="00DD2600" w:rsidRPr="00C613D6" w:rsidRDefault="00000000">
            <w:pPr>
              <w:jc w:val="center"/>
              <w:rPr>
                <w:rFonts w:ascii="Times New Roman" w:hAnsi="Times New Roman" w:cs="Times New Roman"/>
                <w:sz w:val="28"/>
                <w:szCs w:val="28"/>
              </w:rPr>
            </w:pPr>
            <w:r w:rsidRPr="00C613D6">
              <w:rPr>
                <w:rFonts w:ascii="Times New Roman" w:hAnsi="Times New Roman" w:cs="Times New Roman"/>
                <w:b/>
                <w:color w:val="FFFFFF"/>
                <w:sz w:val="28"/>
                <w:szCs w:val="28"/>
              </w:rPr>
              <w:t>TOWN OF GREENBURGH</w:t>
            </w:r>
            <w:r w:rsidRPr="00C613D6">
              <w:rPr>
                <w:rFonts w:ascii="Times New Roman" w:hAnsi="Times New Roman" w:cs="Times New Roman"/>
                <w:b/>
                <w:color w:val="FFFFFF"/>
                <w:sz w:val="28"/>
                <w:szCs w:val="28"/>
              </w:rPr>
              <w:br/>
              <w:t>GREENBURGH POLICE DEPARTMENT</w:t>
            </w:r>
            <w:r w:rsidRPr="00C613D6">
              <w:rPr>
                <w:rFonts w:ascii="Times New Roman" w:hAnsi="Times New Roman" w:cs="Times New Roman"/>
                <w:b/>
                <w:color w:val="FFFFFF"/>
                <w:sz w:val="28"/>
                <w:szCs w:val="28"/>
              </w:rPr>
              <w:br/>
            </w:r>
            <w:r w:rsidRPr="00C613D6">
              <w:rPr>
                <w:rFonts w:ascii="Times New Roman" w:hAnsi="Times New Roman" w:cs="Times New Roman"/>
                <w:b/>
                <w:color w:val="C7A24A"/>
                <w:sz w:val="28"/>
                <w:szCs w:val="28"/>
              </w:rPr>
              <w:t>YOUTH COURT</w:t>
            </w:r>
            <w:r w:rsidRPr="00C613D6">
              <w:rPr>
                <w:rFonts w:ascii="Times New Roman" w:hAnsi="Times New Roman" w:cs="Times New Roman"/>
                <w:b/>
                <w:color w:val="C7A24A"/>
                <w:sz w:val="28"/>
                <w:szCs w:val="28"/>
              </w:rPr>
              <w:br/>
            </w:r>
            <w:r w:rsidRPr="00C613D6">
              <w:rPr>
                <w:rFonts w:ascii="Times New Roman" w:hAnsi="Times New Roman" w:cs="Times New Roman"/>
                <w:b/>
                <w:color w:val="FFFFFF"/>
                <w:sz w:val="28"/>
                <w:szCs w:val="28"/>
              </w:rPr>
              <w:t>7-WEEK TRAINING PROGRAM</w:t>
            </w:r>
          </w:p>
        </w:tc>
        <w:tc>
          <w:tcPr>
            <w:tcW w:w="3552" w:type="dxa"/>
            <w:shd w:val="clear" w:color="auto" w:fill="16213A"/>
            <w:tcMar>
              <w:top w:w="80" w:type="dxa"/>
              <w:left w:w="80" w:type="dxa"/>
              <w:bottom w:w="80" w:type="dxa"/>
              <w:right w:w="80" w:type="dxa"/>
            </w:tcMar>
            <w:vAlign w:val="center"/>
          </w:tcPr>
          <w:p w14:paraId="3AE37888" w14:textId="77777777" w:rsidR="00DD2600" w:rsidRDefault="00000000">
            <w:pPr>
              <w:jc w:val="center"/>
            </w:pPr>
            <w:r>
              <w:rPr>
                <w:noProof/>
              </w:rPr>
              <w:drawing>
                <wp:inline distT="0" distB="0" distL="0" distR="0" wp14:anchorId="621D82AA" wp14:editId="2F8427A8">
                  <wp:extent cx="1583962" cy="1398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1591413" cy="1405486"/>
                          </a:xfrm>
                          <a:prstGeom prst="rect">
                            <a:avLst/>
                          </a:prstGeom>
                        </pic:spPr>
                      </pic:pic>
                    </a:graphicData>
                  </a:graphic>
                </wp:inline>
              </w:drawing>
            </w:r>
          </w:p>
        </w:tc>
      </w:tr>
    </w:tbl>
    <w:p w14:paraId="0140D034" w14:textId="77777777" w:rsidR="004C7005" w:rsidRDefault="004C7005">
      <w:pPr>
        <w:spacing w:after="120"/>
        <w:jc w:val="center"/>
        <w:rPr>
          <w:b/>
          <w:color w:val="16213A"/>
          <w:sz w:val="26"/>
        </w:rPr>
      </w:pPr>
    </w:p>
    <w:p w14:paraId="193E6802" w14:textId="2A9A6C7D" w:rsidR="00DD2600" w:rsidRPr="00C613D6" w:rsidRDefault="00000000">
      <w:pPr>
        <w:spacing w:after="120"/>
        <w:jc w:val="center"/>
        <w:rPr>
          <w:b/>
          <w:color w:val="16213A"/>
          <w:sz w:val="28"/>
          <w:szCs w:val="28"/>
        </w:rPr>
      </w:pPr>
      <w:r w:rsidRPr="00C613D6">
        <w:rPr>
          <w:b/>
          <w:color w:val="16213A"/>
          <w:sz w:val="28"/>
          <w:szCs w:val="28"/>
        </w:rPr>
        <w:t>APPLY TODAY TO BECOME A MEMBER OF YOUTH COURT</w:t>
      </w:r>
    </w:p>
    <w:tbl>
      <w:tblPr>
        <w:tblW w:w="0" w:type="auto"/>
        <w:jc w:val="center"/>
        <w:tblLook w:val="04A0" w:firstRow="1" w:lastRow="0" w:firstColumn="1" w:lastColumn="0" w:noHBand="0" w:noVBand="1"/>
      </w:tblPr>
      <w:tblGrid>
        <w:gridCol w:w="10656"/>
      </w:tblGrid>
      <w:tr w:rsidR="00DD2600" w14:paraId="5D9A5643" w14:textId="77777777">
        <w:trPr>
          <w:jc w:val="center"/>
        </w:trPr>
        <w:tc>
          <w:tcPr>
            <w:tcW w:w="10656" w:type="dxa"/>
            <w:shd w:val="clear" w:color="auto" w:fill="FFFFFF"/>
            <w:tcMar>
              <w:top w:w="120" w:type="dxa"/>
              <w:left w:w="120" w:type="dxa"/>
              <w:bottom w:w="120" w:type="dxa"/>
              <w:right w:w="120" w:type="dxa"/>
            </w:tcMar>
          </w:tcPr>
          <w:p w14:paraId="440D3948" w14:textId="77777777" w:rsidR="004C7005" w:rsidRDefault="004C7005">
            <w:pPr>
              <w:jc w:val="center"/>
              <w:rPr>
                <w:b/>
                <w:color w:val="16213A"/>
                <w:sz w:val="22"/>
              </w:rPr>
            </w:pPr>
          </w:p>
          <w:p w14:paraId="0A28E308" w14:textId="779902CC" w:rsidR="00DD2600" w:rsidRPr="004C7005" w:rsidRDefault="00000000">
            <w:pPr>
              <w:jc w:val="center"/>
              <w:rPr>
                <w:rFonts w:ascii="Times New Roman" w:hAnsi="Times New Roman" w:cs="Times New Roman"/>
                <w:sz w:val="32"/>
                <w:szCs w:val="32"/>
              </w:rPr>
            </w:pPr>
            <w:r w:rsidRPr="004C7005">
              <w:rPr>
                <w:rFonts w:ascii="Times New Roman" w:hAnsi="Times New Roman" w:cs="Times New Roman"/>
                <w:b/>
                <w:color w:val="16213A"/>
                <w:sz w:val="32"/>
                <w:szCs w:val="32"/>
              </w:rPr>
              <w:t xml:space="preserve">October 21, </w:t>
            </w:r>
            <w:proofErr w:type="gramStart"/>
            <w:r w:rsidRPr="004C7005">
              <w:rPr>
                <w:rFonts w:ascii="Times New Roman" w:hAnsi="Times New Roman" w:cs="Times New Roman"/>
                <w:b/>
                <w:color w:val="16213A"/>
                <w:sz w:val="32"/>
                <w:szCs w:val="32"/>
              </w:rPr>
              <w:t>2026</w:t>
            </w:r>
            <w:proofErr w:type="gramEnd"/>
            <w:r w:rsidRPr="004C7005">
              <w:rPr>
                <w:rFonts w:ascii="Times New Roman" w:hAnsi="Times New Roman" w:cs="Times New Roman"/>
                <w:b/>
                <w:color w:val="16213A"/>
                <w:sz w:val="32"/>
                <w:szCs w:val="32"/>
              </w:rPr>
              <w:t xml:space="preserve"> through December 16, 2026</w:t>
            </w:r>
            <w:r w:rsidRPr="004C7005">
              <w:rPr>
                <w:rFonts w:ascii="Times New Roman" w:hAnsi="Times New Roman" w:cs="Times New Roman"/>
                <w:b/>
                <w:color w:val="16213A"/>
                <w:sz w:val="32"/>
                <w:szCs w:val="32"/>
              </w:rPr>
              <w:br/>
            </w:r>
            <w:r w:rsidRPr="004C7005">
              <w:rPr>
                <w:rFonts w:ascii="Times New Roman" w:hAnsi="Times New Roman" w:cs="Times New Roman"/>
                <w:b/>
                <w:color w:val="C7A24A"/>
                <w:sz w:val="32"/>
                <w:szCs w:val="32"/>
              </w:rPr>
              <w:t>Wednesdays | 5:00 PM - 7:30 PM</w:t>
            </w:r>
            <w:r w:rsidRPr="004C7005">
              <w:rPr>
                <w:rFonts w:ascii="Times New Roman" w:hAnsi="Times New Roman" w:cs="Times New Roman"/>
                <w:b/>
                <w:color w:val="C7A24A"/>
                <w:sz w:val="32"/>
                <w:szCs w:val="32"/>
              </w:rPr>
              <w:br/>
            </w:r>
            <w:r w:rsidRPr="004C7005">
              <w:rPr>
                <w:rFonts w:ascii="Times New Roman" w:hAnsi="Times New Roman" w:cs="Times New Roman"/>
                <w:color w:val="222222"/>
                <w:sz w:val="32"/>
                <w:szCs w:val="32"/>
              </w:rPr>
              <w:t>No training: November 11, 2026 (Veterans Day)</w:t>
            </w:r>
            <w:r w:rsidRPr="004C7005">
              <w:rPr>
                <w:rFonts w:ascii="Times New Roman" w:hAnsi="Times New Roman" w:cs="Times New Roman"/>
                <w:color w:val="222222"/>
                <w:sz w:val="32"/>
                <w:szCs w:val="32"/>
              </w:rPr>
              <w:br/>
              <w:t>or November 25, 2026 (Thanksgiving week)</w:t>
            </w:r>
          </w:p>
        </w:tc>
      </w:tr>
    </w:tbl>
    <w:p w14:paraId="0687CEBD" w14:textId="77777777" w:rsidR="00C613D6" w:rsidRDefault="00C613D6">
      <w:pPr>
        <w:spacing w:before="120" w:after="40"/>
        <w:rPr>
          <w:rFonts w:ascii="Times New Roman" w:hAnsi="Times New Roman" w:cs="Times New Roman"/>
          <w:b/>
          <w:color w:val="16213A"/>
          <w:sz w:val="24"/>
          <w:szCs w:val="24"/>
        </w:rPr>
      </w:pPr>
    </w:p>
    <w:p w14:paraId="04EC3690" w14:textId="28635A31" w:rsidR="00DD2600" w:rsidRPr="004C7005" w:rsidRDefault="00000000">
      <w:pPr>
        <w:spacing w:before="120" w:after="40"/>
        <w:rPr>
          <w:rFonts w:ascii="Times New Roman" w:hAnsi="Times New Roman" w:cs="Times New Roman"/>
          <w:sz w:val="24"/>
          <w:szCs w:val="24"/>
        </w:rPr>
      </w:pPr>
      <w:r w:rsidRPr="004C7005">
        <w:rPr>
          <w:rFonts w:ascii="Times New Roman" w:hAnsi="Times New Roman" w:cs="Times New Roman"/>
          <w:b/>
          <w:color w:val="16213A"/>
          <w:sz w:val="24"/>
          <w:szCs w:val="24"/>
        </w:rPr>
        <w:t>WHAT IS YOUTH COURT?</w:t>
      </w:r>
    </w:p>
    <w:p w14:paraId="74F5ED34" w14:textId="4A5B4BA8" w:rsidR="00DD2600" w:rsidRPr="004C7005" w:rsidRDefault="00000000">
      <w:pPr>
        <w:spacing w:after="80" w:line="240" w:lineRule="auto"/>
        <w:rPr>
          <w:rFonts w:ascii="Times New Roman" w:hAnsi="Times New Roman" w:cs="Times New Roman"/>
          <w:sz w:val="24"/>
          <w:szCs w:val="24"/>
        </w:rPr>
      </w:pPr>
      <w:r w:rsidRPr="004C7005">
        <w:rPr>
          <w:rFonts w:ascii="Times New Roman" w:hAnsi="Times New Roman" w:cs="Times New Roman"/>
          <w:sz w:val="24"/>
          <w:szCs w:val="24"/>
        </w:rPr>
        <w:t>Youth Court is a unique collaborative approach to help reduce juvenile crime. Teens work with victims, families and the community in a youth-centered justice process, serving in roles such as Judge, Prosecutor, Defense Attorney, Court Officer, Court Clerk and Juror.</w:t>
      </w:r>
      <w:r w:rsidR="004C7005" w:rsidRPr="004C7005">
        <w:rPr>
          <w:rFonts w:ascii="Times New Roman" w:hAnsi="Times New Roman" w:cs="Times New Roman"/>
          <w:sz w:val="24"/>
          <w:szCs w:val="24"/>
        </w:rPr>
        <w:br/>
      </w:r>
    </w:p>
    <w:p w14:paraId="1999DB41" w14:textId="2312E055" w:rsidR="00DD2600" w:rsidRPr="004C7005" w:rsidRDefault="00000000">
      <w:pPr>
        <w:spacing w:before="120" w:after="40"/>
        <w:rPr>
          <w:rFonts w:ascii="Times New Roman" w:hAnsi="Times New Roman" w:cs="Times New Roman"/>
          <w:sz w:val="24"/>
          <w:szCs w:val="24"/>
        </w:rPr>
      </w:pPr>
      <w:r w:rsidRPr="004C7005">
        <w:rPr>
          <w:rFonts w:ascii="Times New Roman" w:hAnsi="Times New Roman" w:cs="Times New Roman"/>
          <w:b/>
          <w:color w:val="16213A"/>
          <w:sz w:val="24"/>
          <w:szCs w:val="24"/>
        </w:rPr>
        <w:t>TRAINING &amp; ELIGIBILITY</w:t>
      </w:r>
      <w:r w:rsidR="00C613D6">
        <w:rPr>
          <w:rFonts w:ascii="Times New Roman" w:hAnsi="Times New Roman" w:cs="Times New Roman"/>
          <w:b/>
          <w:color w:val="16213A"/>
          <w:sz w:val="24"/>
          <w:szCs w:val="24"/>
        </w:rPr>
        <w:t>:</w:t>
      </w:r>
    </w:p>
    <w:p w14:paraId="3E7D0DBA" w14:textId="77777777" w:rsidR="00DD2600" w:rsidRPr="004C7005" w:rsidRDefault="00000000" w:rsidP="004C7005">
      <w:pPr>
        <w:spacing w:after="80" w:line="240" w:lineRule="auto"/>
        <w:jc w:val="both"/>
        <w:rPr>
          <w:rFonts w:ascii="Times New Roman" w:hAnsi="Times New Roman" w:cs="Times New Roman"/>
          <w:sz w:val="24"/>
          <w:szCs w:val="24"/>
        </w:rPr>
      </w:pPr>
      <w:r w:rsidRPr="004C7005">
        <w:rPr>
          <w:rFonts w:ascii="Times New Roman" w:hAnsi="Times New Roman" w:cs="Times New Roman"/>
          <w:sz w:val="24"/>
          <w:szCs w:val="24"/>
        </w:rPr>
        <w:t>Members complete intensive training conducted by experienced Judges, Prosecutors, Defense Attorneys, Court Officers, Court Clerks and Police Officers. Students currently in grades 8-12 are eligible to apply and must be willing to volunteer at least one evening per week, usually Wednesdays, during the school year, as well as for special events and community activities.</w:t>
      </w:r>
    </w:p>
    <w:p w14:paraId="5C8D0F8D" w14:textId="77777777" w:rsidR="004C7005" w:rsidRDefault="004C7005">
      <w:pPr>
        <w:spacing w:after="80" w:line="240" w:lineRule="auto"/>
      </w:pPr>
    </w:p>
    <w:tbl>
      <w:tblPr>
        <w:tblW w:w="0" w:type="auto"/>
        <w:tblLook w:val="04A0" w:firstRow="1" w:lastRow="0" w:firstColumn="1" w:lastColumn="0" w:noHBand="0" w:noVBand="1"/>
      </w:tblPr>
      <w:tblGrid>
        <w:gridCol w:w="10656"/>
      </w:tblGrid>
      <w:tr w:rsidR="00DD2600" w14:paraId="1942E209" w14:textId="77777777">
        <w:tc>
          <w:tcPr>
            <w:tcW w:w="10656" w:type="dxa"/>
            <w:shd w:val="clear" w:color="auto" w:fill="16213A"/>
            <w:tcMar>
              <w:top w:w="110" w:type="dxa"/>
              <w:left w:w="100" w:type="dxa"/>
              <w:bottom w:w="110" w:type="dxa"/>
              <w:right w:w="100" w:type="dxa"/>
            </w:tcMar>
          </w:tcPr>
          <w:p w14:paraId="5E846C7D" w14:textId="499BD379" w:rsidR="00DD2600" w:rsidRPr="004C7005" w:rsidRDefault="00000000">
            <w:pPr>
              <w:jc w:val="center"/>
              <w:rPr>
                <w:rFonts w:ascii="Times New Roman" w:hAnsi="Times New Roman" w:cs="Times New Roman"/>
                <w:sz w:val="32"/>
                <w:szCs w:val="32"/>
              </w:rPr>
            </w:pPr>
            <w:r w:rsidRPr="004C7005">
              <w:rPr>
                <w:rFonts w:ascii="Times New Roman" w:hAnsi="Times New Roman" w:cs="Times New Roman"/>
                <w:b/>
                <w:color w:val="C7A24A"/>
                <w:sz w:val="32"/>
                <w:szCs w:val="32"/>
              </w:rPr>
              <w:t>READY TO MAKE A DIFFERENCE?</w:t>
            </w:r>
            <w:r w:rsidRPr="004C7005">
              <w:rPr>
                <w:rFonts w:ascii="Times New Roman" w:hAnsi="Times New Roman" w:cs="Times New Roman"/>
                <w:b/>
                <w:color w:val="C7A24A"/>
                <w:sz w:val="32"/>
                <w:szCs w:val="32"/>
              </w:rPr>
              <w:br/>
            </w:r>
            <w:r w:rsidRPr="004C7005">
              <w:rPr>
                <w:rFonts w:ascii="Times New Roman" w:hAnsi="Times New Roman" w:cs="Times New Roman"/>
                <w:b/>
                <w:color w:val="FFFFFF"/>
                <w:sz w:val="32"/>
                <w:szCs w:val="32"/>
              </w:rPr>
              <w:t>For more information, contact Teresa Robinson - Youth Court Secretary</w:t>
            </w:r>
            <w:r w:rsidRPr="004C7005">
              <w:rPr>
                <w:rFonts w:ascii="Times New Roman" w:hAnsi="Times New Roman" w:cs="Times New Roman"/>
                <w:b/>
                <w:color w:val="FFFFFF"/>
                <w:sz w:val="32"/>
                <w:szCs w:val="32"/>
              </w:rPr>
              <w:br/>
            </w:r>
            <w:r w:rsidRPr="004C7005">
              <w:rPr>
                <w:rFonts w:ascii="Times New Roman" w:hAnsi="Times New Roman" w:cs="Times New Roman"/>
                <w:color w:val="FFFFFF"/>
                <w:sz w:val="32"/>
                <w:szCs w:val="32"/>
              </w:rPr>
              <w:t>(914) 989-1785 | Monday-Friday, 9:</w:t>
            </w:r>
            <w:r w:rsidR="00A727EF">
              <w:rPr>
                <w:rFonts w:ascii="Times New Roman" w:hAnsi="Times New Roman" w:cs="Times New Roman"/>
                <w:color w:val="FFFFFF"/>
                <w:sz w:val="32"/>
                <w:szCs w:val="32"/>
              </w:rPr>
              <w:t>3</w:t>
            </w:r>
            <w:r w:rsidRPr="004C7005">
              <w:rPr>
                <w:rFonts w:ascii="Times New Roman" w:hAnsi="Times New Roman" w:cs="Times New Roman"/>
                <w:color w:val="FFFFFF"/>
                <w:sz w:val="32"/>
                <w:szCs w:val="32"/>
              </w:rPr>
              <w:t>0 AM-</w:t>
            </w:r>
            <w:r w:rsidR="00A727EF">
              <w:rPr>
                <w:rFonts w:ascii="Times New Roman" w:hAnsi="Times New Roman" w:cs="Times New Roman"/>
                <w:color w:val="FFFFFF"/>
                <w:sz w:val="32"/>
                <w:szCs w:val="32"/>
              </w:rPr>
              <w:t>4</w:t>
            </w:r>
            <w:r w:rsidRPr="004C7005">
              <w:rPr>
                <w:rFonts w:ascii="Times New Roman" w:hAnsi="Times New Roman" w:cs="Times New Roman"/>
                <w:color w:val="FFFFFF"/>
                <w:sz w:val="32"/>
                <w:szCs w:val="32"/>
              </w:rPr>
              <w:t>:</w:t>
            </w:r>
            <w:r w:rsidR="00A727EF">
              <w:rPr>
                <w:rFonts w:ascii="Times New Roman" w:hAnsi="Times New Roman" w:cs="Times New Roman"/>
                <w:color w:val="FFFFFF"/>
                <w:sz w:val="32"/>
                <w:szCs w:val="32"/>
              </w:rPr>
              <w:t>3</w:t>
            </w:r>
            <w:r w:rsidRPr="004C7005">
              <w:rPr>
                <w:rFonts w:ascii="Times New Roman" w:hAnsi="Times New Roman" w:cs="Times New Roman"/>
                <w:color w:val="FFFFFF"/>
                <w:sz w:val="32"/>
                <w:szCs w:val="32"/>
              </w:rPr>
              <w:t>0 PM</w:t>
            </w:r>
            <w:r w:rsidRPr="004C7005">
              <w:rPr>
                <w:rFonts w:ascii="Times New Roman" w:hAnsi="Times New Roman" w:cs="Times New Roman"/>
                <w:color w:val="FFFFFF"/>
                <w:sz w:val="32"/>
                <w:szCs w:val="32"/>
              </w:rPr>
              <w:br/>
            </w:r>
            <w:r w:rsidRPr="004C7005">
              <w:rPr>
                <w:rFonts w:ascii="Times New Roman" w:hAnsi="Times New Roman" w:cs="Times New Roman"/>
                <w:b/>
                <w:color w:val="FFFFFF"/>
                <w:sz w:val="32"/>
                <w:szCs w:val="32"/>
              </w:rPr>
              <w:t>gpdyouthcourt@greenburghny.</w:t>
            </w:r>
            <w:r w:rsidR="00A727EF">
              <w:rPr>
                <w:rFonts w:ascii="Times New Roman" w:hAnsi="Times New Roman" w:cs="Times New Roman"/>
                <w:b/>
                <w:color w:val="FFFFFF"/>
                <w:sz w:val="32"/>
                <w:szCs w:val="32"/>
              </w:rPr>
              <w:t>gov</w:t>
            </w:r>
            <w:r w:rsidRPr="004C7005">
              <w:rPr>
                <w:rFonts w:ascii="Times New Roman" w:hAnsi="Times New Roman" w:cs="Times New Roman"/>
                <w:b/>
                <w:color w:val="FFFFFF"/>
                <w:sz w:val="32"/>
                <w:szCs w:val="32"/>
              </w:rPr>
              <w:br/>
            </w:r>
            <w:r w:rsidRPr="004C7005">
              <w:rPr>
                <w:rFonts w:ascii="Times New Roman" w:hAnsi="Times New Roman" w:cs="Times New Roman"/>
                <w:b/>
                <w:color w:val="C7A24A"/>
                <w:sz w:val="32"/>
                <w:szCs w:val="32"/>
              </w:rPr>
              <w:t>Application on Page 2</w:t>
            </w:r>
          </w:p>
        </w:tc>
      </w:tr>
    </w:tbl>
    <w:p w14:paraId="35E638F4" w14:textId="77777777" w:rsidR="00DD2600" w:rsidRDefault="00000000">
      <w:r>
        <w:br w:type="page"/>
      </w:r>
    </w:p>
    <w:tbl>
      <w:tblPr>
        <w:tblW w:w="0" w:type="auto"/>
        <w:jc w:val="center"/>
        <w:tblLook w:val="04A0" w:firstRow="1" w:lastRow="0" w:firstColumn="1" w:lastColumn="0" w:noHBand="0" w:noVBand="1"/>
      </w:tblPr>
      <w:tblGrid>
        <w:gridCol w:w="3552"/>
        <w:gridCol w:w="3552"/>
        <w:gridCol w:w="3552"/>
      </w:tblGrid>
      <w:tr w:rsidR="00DD2600" w14:paraId="24DD384D" w14:textId="77777777">
        <w:trPr>
          <w:jc w:val="center"/>
        </w:trPr>
        <w:tc>
          <w:tcPr>
            <w:tcW w:w="3552" w:type="dxa"/>
            <w:shd w:val="clear" w:color="auto" w:fill="16213A"/>
            <w:tcMar>
              <w:top w:w="70" w:type="dxa"/>
              <w:left w:w="70" w:type="dxa"/>
              <w:bottom w:w="70" w:type="dxa"/>
              <w:right w:w="70" w:type="dxa"/>
            </w:tcMar>
          </w:tcPr>
          <w:p w14:paraId="60789CFD" w14:textId="77777777" w:rsidR="00C613D6" w:rsidRDefault="00C613D6" w:rsidP="00C613D6">
            <w:pPr>
              <w:jc w:val="center"/>
              <w:rPr>
                <w:noProof/>
              </w:rPr>
            </w:pPr>
          </w:p>
          <w:p w14:paraId="5C23BFA2" w14:textId="01CAE9D1" w:rsidR="00DD2600" w:rsidRDefault="004C7005" w:rsidP="00C613D6">
            <w:pPr>
              <w:jc w:val="center"/>
            </w:pPr>
            <w:r>
              <w:rPr>
                <w:noProof/>
              </w:rPr>
              <w:drawing>
                <wp:inline distT="0" distB="0" distL="0" distR="0" wp14:anchorId="26B2D4A4" wp14:editId="0F105CF5">
                  <wp:extent cx="1420495" cy="1465293"/>
                  <wp:effectExtent l="0" t="0" r="8255" b="1905"/>
                  <wp:docPr id="55053179" name="Picture 5505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1437676" cy="1483016"/>
                          </a:xfrm>
                          <a:prstGeom prst="rect">
                            <a:avLst/>
                          </a:prstGeom>
                        </pic:spPr>
                      </pic:pic>
                    </a:graphicData>
                  </a:graphic>
                </wp:inline>
              </w:drawing>
            </w:r>
          </w:p>
        </w:tc>
        <w:tc>
          <w:tcPr>
            <w:tcW w:w="3552" w:type="dxa"/>
            <w:shd w:val="clear" w:color="auto" w:fill="16213A"/>
            <w:tcMar>
              <w:top w:w="70" w:type="dxa"/>
              <w:left w:w="70" w:type="dxa"/>
              <w:bottom w:w="70" w:type="dxa"/>
              <w:right w:w="70" w:type="dxa"/>
            </w:tcMar>
          </w:tcPr>
          <w:p w14:paraId="2E710852" w14:textId="77777777" w:rsidR="004C7005" w:rsidRDefault="004C7005">
            <w:pPr>
              <w:jc w:val="center"/>
              <w:rPr>
                <w:rFonts w:ascii="Times New Roman" w:hAnsi="Times New Roman" w:cs="Times New Roman"/>
                <w:b/>
                <w:color w:val="FFFFFF"/>
                <w:sz w:val="24"/>
                <w:szCs w:val="24"/>
              </w:rPr>
            </w:pPr>
          </w:p>
          <w:p w14:paraId="627B7F45" w14:textId="36BDE7C4" w:rsidR="00DD2600" w:rsidRPr="00C613D6" w:rsidRDefault="00000000">
            <w:pPr>
              <w:jc w:val="center"/>
              <w:rPr>
                <w:rFonts w:ascii="Times New Roman" w:hAnsi="Times New Roman" w:cs="Times New Roman"/>
                <w:sz w:val="28"/>
                <w:szCs w:val="28"/>
              </w:rPr>
            </w:pPr>
            <w:r w:rsidRPr="00C613D6">
              <w:rPr>
                <w:rFonts w:ascii="Times New Roman" w:hAnsi="Times New Roman" w:cs="Times New Roman"/>
                <w:b/>
                <w:color w:val="FFFFFF"/>
                <w:sz w:val="28"/>
                <w:szCs w:val="28"/>
              </w:rPr>
              <w:t>GREENBURGH POLICE DEPARTMENT</w:t>
            </w:r>
            <w:r w:rsidRPr="00C613D6">
              <w:rPr>
                <w:rFonts w:ascii="Times New Roman" w:hAnsi="Times New Roman" w:cs="Times New Roman"/>
                <w:b/>
                <w:color w:val="FFFFFF"/>
                <w:sz w:val="28"/>
                <w:szCs w:val="28"/>
              </w:rPr>
              <w:br/>
            </w:r>
            <w:r w:rsidRPr="00C613D6">
              <w:rPr>
                <w:rFonts w:ascii="Times New Roman" w:hAnsi="Times New Roman" w:cs="Times New Roman"/>
                <w:b/>
                <w:color w:val="C7A24A"/>
                <w:sz w:val="28"/>
                <w:szCs w:val="28"/>
              </w:rPr>
              <w:t>YOUTH COURT - APPLICATION FOR MEMBERSHIP</w:t>
            </w:r>
            <w:r w:rsidRPr="00C613D6">
              <w:rPr>
                <w:rFonts w:ascii="Times New Roman" w:hAnsi="Times New Roman" w:cs="Times New Roman"/>
                <w:b/>
                <w:color w:val="C7A24A"/>
                <w:sz w:val="28"/>
                <w:szCs w:val="28"/>
              </w:rPr>
              <w:br/>
            </w:r>
            <w:r w:rsidRPr="00C613D6">
              <w:rPr>
                <w:rFonts w:ascii="Times New Roman" w:hAnsi="Times New Roman" w:cs="Times New Roman"/>
                <w:color w:val="FFFFFF"/>
                <w:sz w:val="28"/>
                <w:szCs w:val="28"/>
              </w:rPr>
              <w:t>2026 7-Week Training Program</w:t>
            </w:r>
          </w:p>
        </w:tc>
        <w:tc>
          <w:tcPr>
            <w:tcW w:w="3552" w:type="dxa"/>
            <w:shd w:val="clear" w:color="auto" w:fill="16213A"/>
            <w:tcMar>
              <w:top w:w="70" w:type="dxa"/>
              <w:left w:w="70" w:type="dxa"/>
              <w:bottom w:w="70" w:type="dxa"/>
              <w:right w:w="70" w:type="dxa"/>
            </w:tcMar>
          </w:tcPr>
          <w:p w14:paraId="34FD6F52" w14:textId="77777777" w:rsidR="00C613D6" w:rsidRDefault="00C613D6" w:rsidP="00C613D6">
            <w:pPr>
              <w:jc w:val="center"/>
              <w:rPr>
                <w:noProof/>
              </w:rPr>
            </w:pPr>
          </w:p>
          <w:p w14:paraId="36CE569B" w14:textId="0E2B7A3F" w:rsidR="00DD2600" w:rsidRDefault="004C7005" w:rsidP="00C613D6">
            <w:pPr>
              <w:jc w:val="center"/>
            </w:pPr>
            <w:r>
              <w:rPr>
                <w:noProof/>
              </w:rPr>
              <w:drawing>
                <wp:inline distT="0" distB="0" distL="0" distR="0" wp14:anchorId="378AB53E" wp14:editId="5F57EB5B">
                  <wp:extent cx="1583962" cy="1398905"/>
                  <wp:effectExtent l="0" t="0" r="0" b="0"/>
                  <wp:docPr id="479750034" name="Picture 47975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1591413" cy="1405486"/>
                          </a:xfrm>
                          <a:prstGeom prst="rect">
                            <a:avLst/>
                          </a:prstGeom>
                        </pic:spPr>
                      </pic:pic>
                    </a:graphicData>
                  </a:graphic>
                </wp:inline>
              </w:drawing>
            </w:r>
          </w:p>
        </w:tc>
      </w:tr>
    </w:tbl>
    <w:p w14:paraId="55C59A18" w14:textId="230D27DF" w:rsidR="00DD2600" w:rsidRPr="004C7005" w:rsidRDefault="00000000">
      <w:pPr>
        <w:spacing w:after="100"/>
        <w:jc w:val="center"/>
        <w:rPr>
          <w:rFonts w:ascii="Times New Roman" w:hAnsi="Times New Roman" w:cs="Times New Roman"/>
          <w:sz w:val="24"/>
          <w:szCs w:val="24"/>
        </w:rPr>
      </w:pPr>
      <w:r w:rsidRPr="004C7005">
        <w:rPr>
          <w:rFonts w:ascii="Times New Roman" w:hAnsi="Times New Roman" w:cs="Times New Roman"/>
          <w:b/>
          <w:color w:val="16213A"/>
          <w:sz w:val="24"/>
          <w:szCs w:val="24"/>
        </w:rPr>
        <w:t>PLEASE TYPE OR PRINT CLEARLY</w:t>
      </w:r>
    </w:p>
    <w:tbl>
      <w:tblPr>
        <w:tblW w:w="0" w:type="auto"/>
        <w:jc w:val="center"/>
        <w:tblLayout w:type="fixed"/>
        <w:tblLook w:val="04A0" w:firstRow="1" w:lastRow="0" w:firstColumn="1" w:lastColumn="0" w:noHBand="0" w:noVBand="1"/>
      </w:tblPr>
      <w:tblGrid>
        <w:gridCol w:w="5328"/>
        <w:gridCol w:w="5328"/>
      </w:tblGrid>
      <w:tr w:rsidR="00DD2600" w14:paraId="3E0F6B6B" w14:textId="77777777">
        <w:trPr>
          <w:jc w:val="center"/>
        </w:trPr>
        <w:tc>
          <w:tcPr>
            <w:tcW w:w="5328" w:type="dxa"/>
          </w:tcPr>
          <w:p w14:paraId="18B5666F"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Applicant's Name</w:t>
            </w:r>
          </w:p>
        </w:tc>
        <w:tc>
          <w:tcPr>
            <w:tcW w:w="5328" w:type="dxa"/>
          </w:tcPr>
          <w:p w14:paraId="02277064"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Applicant's Phone</w:t>
            </w:r>
          </w:p>
        </w:tc>
      </w:tr>
      <w:tr w:rsidR="00DD2600" w14:paraId="30C4126D" w14:textId="77777777">
        <w:trPr>
          <w:jc w:val="center"/>
        </w:trPr>
        <w:tc>
          <w:tcPr>
            <w:tcW w:w="5328" w:type="dxa"/>
            <w:shd w:val="clear" w:color="auto" w:fill="EEF1F5"/>
            <w:tcMar>
              <w:top w:w="80" w:type="dxa"/>
              <w:left w:w="80" w:type="dxa"/>
              <w:bottom w:w="80" w:type="dxa"/>
              <w:right w:w="80" w:type="dxa"/>
            </w:tcMar>
          </w:tcPr>
          <w:p w14:paraId="7098BF76"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c>
          <w:tcPr>
            <w:tcW w:w="5328" w:type="dxa"/>
            <w:shd w:val="clear" w:color="auto" w:fill="EEF1F5"/>
            <w:tcMar>
              <w:top w:w="80" w:type="dxa"/>
              <w:left w:w="80" w:type="dxa"/>
              <w:bottom w:w="80" w:type="dxa"/>
              <w:right w:w="80" w:type="dxa"/>
            </w:tcMar>
          </w:tcPr>
          <w:p w14:paraId="2EF60FAC"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r>
      <w:tr w:rsidR="00DD2600" w14:paraId="22EFB1DD" w14:textId="77777777">
        <w:trPr>
          <w:jc w:val="center"/>
        </w:trPr>
        <w:tc>
          <w:tcPr>
            <w:tcW w:w="5328" w:type="dxa"/>
          </w:tcPr>
          <w:p w14:paraId="6D03AA60"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Address</w:t>
            </w:r>
          </w:p>
        </w:tc>
        <w:tc>
          <w:tcPr>
            <w:tcW w:w="5328" w:type="dxa"/>
          </w:tcPr>
          <w:p w14:paraId="40AC095B"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City / ZIP</w:t>
            </w:r>
          </w:p>
        </w:tc>
      </w:tr>
      <w:tr w:rsidR="00DD2600" w14:paraId="2B1EA9B4" w14:textId="77777777">
        <w:trPr>
          <w:jc w:val="center"/>
        </w:trPr>
        <w:tc>
          <w:tcPr>
            <w:tcW w:w="5328" w:type="dxa"/>
            <w:shd w:val="clear" w:color="auto" w:fill="EEF1F5"/>
            <w:tcMar>
              <w:top w:w="80" w:type="dxa"/>
              <w:left w:w="80" w:type="dxa"/>
              <w:bottom w:w="80" w:type="dxa"/>
              <w:right w:w="80" w:type="dxa"/>
            </w:tcMar>
          </w:tcPr>
          <w:p w14:paraId="608741E7"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c>
          <w:tcPr>
            <w:tcW w:w="5328" w:type="dxa"/>
            <w:shd w:val="clear" w:color="auto" w:fill="EEF1F5"/>
            <w:tcMar>
              <w:top w:w="80" w:type="dxa"/>
              <w:left w:w="80" w:type="dxa"/>
              <w:bottom w:w="80" w:type="dxa"/>
              <w:right w:w="80" w:type="dxa"/>
            </w:tcMar>
          </w:tcPr>
          <w:p w14:paraId="3FF813DC"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r>
      <w:tr w:rsidR="00DD2600" w14:paraId="03ED36A8" w14:textId="77777777">
        <w:trPr>
          <w:jc w:val="center"/>
        </w:trPr>
        <w:tc>
          <w:tcPr>
            <w:tcW w:w="5328" w:type="dxa"/>
          </w:tcPr>
          <w:p w14:paraId="52611C81"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Grade / Date of Birth</w:t>
            </w:r>
          </w:p>
        </w:tc>
        <w:tc>
          <w:tcPr>
            <w:tcW w:w="5328" w:type="dxa"/>
          </w:tcPr>
          <w:p w14:paraId="728F70F4"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Applicant's Email Address</w:t>
            </w:r>
          </w:p>
        </w:tc>
      </w:tr>
      <w:tr w:rsidR="00DD2600" w14:paraId="043C0E23" w14:textId="77777777">
        <w:trPr>
          <w:jc w:val="center"/>
        </w:trPr>
        <w:tc>
          <w:tcPr>
            <w:tcW w:w="5328" w:type="dxa"/>
            <w:shd w:val="clear" w:color="auto" w:fill="EEF1F5"/>
            <w:tcMar>
              <w:top w:w="80" w:type="dxa"/>
              <w:left w:w="80" w:type="dxa"/>
              <w:bottom w:w="80" w:type="dxa"/>
              <w:right w:w="80" w:type="dxa"/>
            </w:tcMar>
          </w:tcPr>
          <w:p w14:paraId="3E5681CE"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c>
          <w:tcPr>
            <w:tcW w:w="5328" w:type="dxa"/>
            <w:shd w:val="clear" w:color="auto" w:fill="EEF1F5"/>
            <w:tcMar>
              <w:top w:w="80" w:type="dxa"/>
              <w:left w:w="80" w:type="dxa"/>
              <w:bottom w:w="80" w:type="dxa"/>
              <w:right w:w="80" w:type="dxa"/>
            </w:tcMar>
          </w:tcPr>
          <w:p w14:paraId="17BE8D36"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r>
      <w:tr w:rsidR="00DD2600" w14:paraId="08460B3E" w14:textId="77777777">
        <w:trPr>
          <w:jc w:val="center"/>
        </w:trPr>
        <w:tc>
          <w:tcPr>
            <w:tcW w:w="5328" w:type="dxa"/>
          </w:tcPr>
          <w:p w14:paraId="0EF70D10"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Parent/Guardian Name</w:t>
            </w:r>
          </w:p>
        </w:tc>
        <w:tc>
          <w:tcPr>
            <w:tcW w:w="5328" w:type="dxa"/>
          </w:tcPr>
          <w:p w14:paraId="36BCE911"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Parent/Guardian Phone</w:t>
            </w:r>
          </w:p>
        </w:tc>
      </w:tr>
      <w:tr w:rsidR="00DD2600" w14:paraId="0657834B" w14:textId="77777777">
        <w:trPr>
          <w:jc w:val="center"/>
        </w:trPr>
        <w:tc>
          <w:tcPr>
            <w:tcW w:w="5328" w:type="dxa"/>
            <w:shd w:val="clear" w:color="auto" w:fill="EEF1F5"/>
            <w:tcMar>
              <w:top w:w="80" w:type="dxa"/>
              <w:left w:w="80" w:type="dxa"/>
              <w:bottom w:w="80" w:type="dxa"/>
              <w:right w:w="80" w:type="dxa"/>
            </w:tcMar>
          </w:tcPr>
          <w:p w14:paraId="022A09BE"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c>
          <w:tcPr>
            <w:tcW w:w="5328" w:type="dxa"/>
            <w:shd w:val="clear" w:color="auto" w:fill="EEF1F5"/>
            <w:tcMar>
              <w:top w:w="80" w:type="dxa"/>
              <w:left w:w="80" w:type="dxa"/>
              <w:bottom w:w="80" w:type="dxa"/>
              <w:right w:w="80" w:type="dxa"/>
            </w:tcMar>
          </w:tcPr>
          <w:p w14:paraId="21C464B0"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r>
      <w:tr w:rsidR="00DD2600" w14:paraId="7C609888" w14:textId="77777777">
        <w:trPr>
          <w:jc w:val="center"/>
        </w:trPr>
        <w:tc>
          <w:tcPr>
            <w:tcW w:w="5328" w:type="dxa"/>
          </w:tcPr>
          <w:p w14:paraId="66548612"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School</w:t>
            </w:r>
          </w:p>
        </w:tc>
        <w:tc>
          <w:tcPr>
            <w:tcW w:w="5328" w:type="dxa"/>
          </w:tcPr>
          <w:p w14:paraId="53A858B9"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b/>
                <w:sz w:val="24"/>
                <w:szCs w:val="24"/>
              </w:rPr>
              <w:t>Expected Date of Graduation</w:t>
            </w:r>
          </w:p>
        </w:tc>
      </w:tr>
      <w:tr w:rsidR="00DD2600" w14:paraId="2D437713" w14:textId="77777777">
        <w:trPr>
          <w:jc w:val="center"/>
        </w:trPr>
        <w:tc>
          <w:tcPr>
            <w:tcW w:w="5328" w:type="dxa"/>
            <w:shd w:val="clear" w:color="auto" w:fill="EEF1F5"/>
            <w:tcMar>
              <w:top w:w="80" w:type="dxa"/>
              <w:left w:w="80" w:type="dxa"/>
              <w:bottom w:w="80" w:type="dxa"/>
              <w:right w:w="80" w:type="dxa"/>
            </w:tcMar>
          </w:tcPr>
          <w:p w14:paraId="20C885C1"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c>
          <w:tcPr>
            <w:tcW w:w="5328" w:type="dxa"/>
            <w:shd w:val="clear" w:color="auto" w:fill="EEF1F5"/>
            <w:tcMar>
              <w:top w:w="80" w:type="dxa"/>
              <w:left w:w="80" w:type="dxa"/>
              <w:bottom w:w="80" w:type="dxa"/>
              <w:right w:w="80" w:type="dxa"/>
            </w:tcMar>
          </w:tcPr>
          <w:p w14:paraId="47C009C4" w14:textId="77777777" w:rsidR="00DD2600" w:rsidRPr="004C7005" w:rsidRDefault="00000000">
            <w:pPr>
              <w:rPr>
                <w:rFonts w:ascii="Times New Roman" w:hAnsi="Times New Roman" w:cs="Times New Roman"/>
                <w:sz w:val="24"/>
                <w:szCs w:val="24"/>
              </w:rPr>
            </w:pPr>
            <w:r w:rsidRPr="004C7005">
              <w:rPr>
                <w:rFonts w:ascii="Times New Roman" w:hAnsi="Times New Roman" w:cs="Times New Roman"/>
                <w:color w:val="646464"/>
                <w:sz w:val="24"/>
                <w:szCs w:val="24"/>
              </w:rPr>
              <w:t>Click or tap here to enter text.</w:t>
            </w:r>
          </w:p>
        </w:tc>
      </w:tr>
    </w:tbl>
    <w:p w14:paraId="103BE9B3" w14:textId="72520FF6" w:rsidR="00DD2600" w:rsidRPr="004C7005" w:rsidRDefault="00000000">
      <w:pPr>
        <w:spacing w:before="140" w:after="60"/>
        <w:jc w:val="center"/>
        <w:rPr>
          <w:rFonts w:ascii="Times New Roman" w:hAnsi="Times New Roman" w:cs="Times New Roman"/>
          <w:b/>
          <w:color w:val="16213A"/>
          <w:sz w:val="24"/>
          <w:szCs w:val="24"/>
        </w:rPr>
      </w:pPr>
      <w:r w:rsidRPr="004C7005">
        <w:rPr>
          <w:rFonts w:ascii="Times New Roman" w:hAnsi="Times New Roman" w:cs="Times New Roman"/>
          <w:b/>
          <w:color w:val="16213A"/>
          <w:sz w:val="24"/>
          <w:szCs w:val="24"/>
        </w:rPr>
        <w:t>PLEASE SUBMIT WITH THIS APPLICATION FORM</w:t>
      </w:r>
    </w:p>
    <w:p w14:paraId="65812AAD" w14:textId="77777777" w:rsidR="00DD2600" w:rsidRPr="004C7005" w:rsidRDefault="00000000">
      <w:pPr>
        <w:spacing w:after="40"/>
        <w:ind w:left="259" w:hanging="259"/>
        <w:rPr>
          <w:rFonts w:ascii="Times New Roman" w:hAnsi="Times New Roman" w:cs="Times New Roman"/>
          <w:sz w:val="24"/>
          <w:szCs w:val="24"/>
        </w:rPr>
      </w:pPr>
      <w:r>
        <w:rPr>
          <w:b/>
        </w:rPr>
        <w:t xml:space="preserve">• </w:t>
      </w:r>
      <w:r w:rsidRPr="004C7005">
        <w:rPr>
          <w:rFonts w:ascii="Times New Roman" w:hAnsi="Times New Roman" w:cs="Times New Roman"/>
          <w:sz w:val="24"/>
          <w:szCs w:val="24"/>
        </w:rPr>
        <w:t>A copy of your most recent report card.</w:t>
      </w:r>
    </w:p>
    <w:p w14:paraId="274F26F6" w14:textId="77777777" w:rsidR="00DD2600" w:rsidRPr="004C7005" w:rsidRDefault="00000000">
      <w:pPr>
        <w:spacing w:after="40"/>
        <w:ind w:left="259" w:hanging="259"/>
        <w:rPr>
          <w:rFonts w:ascii="Times New Roman" w:hAnsi="Times New Roman" w:cs="Times New Roman"/>
          <w:sz w:val="24"/>
          <w:szCs w:val="24"/>
        </w:rPr>
      </w:pPr>
      <w:r w:rsidRPr="004C7005">
        <w:rPr>
          <w:rFonts w:ascii="Times New Roman" w:hAnsi="Times New Roman" w:cs="Times New Roman"/>
          <w:b/>
          <w:sz w:val="24"/>
          <w:szCs w:val="24"/>
        </w:rPr>
        <w:t xml:space="preserve">• </w:t>
      </w:r>
      <w:r w:rsidRPr="004C7005">
        <w:rPr>
          <w:rFonts w:ascii="Times New Roman" w:hAnsi="Times New Roman" w:cs="Times New Roman"/>
          <w:sz w:val="24"/>
          <w:szCs w:val="24"/>
        </w:rPr>
        <w:t>A 200-word essay explaining why you want to become a member of Youth Court (one double-spaced page). Include any community service or extracurricular involvement.</w:t>
      </w:r>
    </w:p>
    <w:p w14:paraId="2296655D" w14:textId="77777777" w:rsidR="00DD2600" w:rsidRDefault="00000000">
      <w:pPr>
        <w:spacing w:after="40"/>
        <w:ind w:left="259" w:hanging="259"/>
        <w:rPr>
          <w:rFonts w:ascii="Times New Roman" w:hAnsi="Times New Roman" w:cs="Times New Roman"/>
          <w:sz w:val="24"/>
          <w:szCs w:val="24"/>
        </w:rPr>
      </w:pPr>
      <w:r w:rsidRPr="004C7005">
        <w:rPr>
          <w:rFonts w:ascii="Times New Roman" w:hAnsi="Times New Roman" w:cs="Times New Roman"/>
          <w:b/>
          <w:sz w:val="24"/>
          <w:szCs w:val="24"/>
        </w:rPr>
        <w:t xml:space="preserve">• </w:t>
      </w:r>
      <w:r w:rsidRPr="004C7005">
        <w:rPr>
          <w:rFonts w:ascii="Times New Roman" w:hAnsi="Times New Roman" w:cs="Times New Roman"/>
          <w:sz w:val="24"/>
          <w:szCs w:val="24"/>
        </w:rPr>
        <w:t>Two letters of reference from any two of the following: Teacher, Clergy, Guidance Counselor, Employer, or Coach.</w:t>
      </w:r>
    </w:p>
    <w:p w14:paraId="257984AF" w14:textId="77777777" w:rsidR="004C7005" w:rsidRPr="004C7005" w:rsidRDefault="004C7005">
      <w:pPr>
        <w:spacing w:after="40"/>
        <w:ind w:left="259" w:hanging="259"/>
        <w:rPr>
          <w:rFonts w:ascii="Times New Roman" w:hAnsi="Times New Roman" w:cs="Times New Roman"/>
          <w:sz w:val="24"/>
          <w:szCs w:val="24"/>
        </w:rPr>
      </w:pPr>
    </w:p>
    <w:tbl>
      <w:tblPr>
        <w:tblW w:w="0" w:type="auto"/>
        <w:tblLook w:val="04A0" w:firstRow="1" w:lastRow="0" w:firstColumn="1" w:lastColumn="0" w:noHBand="0" w:noVBand="1"/>
      </w:tblPr>
      <w:tblGrid>
        <w:gridCol w:w="10656"/>
      </w:tblGrid>
      <w:tr w:rsidR="00DD2600" w14:paraId="770078F4" w14:textId="77777777">
        <w:tc>
          <w:tcPr>
            <w:tcW w:w="10656" w:type="dxa"/>
            <w:shd w:val="clear" w:color="auto" w:fill="EEF1F5"/>
            <w:tcMar>
              <w:top w:w="100" w:type="dxa"/>
              <w:left w:w="100" w:type="dxa"/>
              <w:bottom w:w="100" w:type="dxa"/>
              <w:right w:w="100" w:type="dxa"/>
            </w:tcMar>
          </w:tcPr>
          <w:p w14:paraId="7EBB6AE3" w14:textId="7728285C" w:rsidR="00DD2600" w:rsidRPr="004C7005" w:rsidRDefault="00000000">
            <w:pPr>
              <w:jc w:val="center"/>
              <w:rPr>
                <w:rFonts w:ascii="Times New Roman" w:hAnsi="Times New Roman" w:cs="Times New Roman"/>
                <w:sz w:val="24"/>
                <w:szCs w:val="24"/>
              </w:rPr>
            </w:pPr>
            <w:r w:rsidRPr="004C7005">
              <w:rPr>
                <w:rFonts w:ascii="Times New Roman" w:hAnsi="Times New Roman" w:cs="Times New Roman"/>
                <w:b/>
                <w:color w:val="16213A"/>
                <w:sz w:val="24"/>
                <w:szCs w:val="24"/>
              </w:rPr>
              <w:t>SUBMIT APPLICATION &amp; REQUIRED MATERIALS TO</w:t>
            </w:r>
            <w:r w:rsidRPr="004C7005">
              <w:rPr>
                <w:rFonts w:ascii="Times New Roman" w:hAnsi="Times New Roman" w:cs="Times New Roman"/>
                <w:b/>
                <w:color w:val="16213A"/>
                <w:sz w:val="24"/>
                <w:szCs w:val="24"/>
              </w:rPr>
              <w:br/>
            </w:r>
            <w:r w:rsidRPr="004C7005">
              <w:rPr>
                <w:rFonts w:ascii="Times New Roman" w:hAnsi="Times New Roman" w:cs="Times New Roman"/>
                <w:color w:val="222222"/>
                <w:sz w:val="24"/>
                <w:szCs w:val="24"/>
              </w:rPr>
              <w:t>Town of Greenburgh Police Department</w:t>
            </w:r>
            <w:r w:rsidRPr="004C7005">
              <w:rPr>
                <w:rFonts w:ascii="Times New Roman" w:hAnsi="Times New Roman" w:cs="Times New Roman"/>
                <w:color w:val="222222"/>
                <w:sz w:val="24"/>
                <w:szCs w:val="24"/>
              </w:rPr>
              <w:br/>
              <w:t>188 Tarrytown Road, White Plains, NY 10607</w:t>
            </w:r>
            <w:r w:rsidRPr="004C7005">
              <w:rPr>
                <w:rFonts w:ascii="Times New Roman" w:hAnsi="Times New Roman" w:cs="Times New Roman"/>
                <w:color w:val="222222"/>
                <w:sz w:val="24"/>
                <w:szCs w:val="24"/>
              </w:rPr>
              <w:br/>
              <w:t>Attn: Youth Court Secretary, Teresa Robinson</w:t>
            </w:r>
            <w:r w:rsidRPr="004C7005">
              <w:rPr>
                <w:rFonts w:ascii="Times New Roman" w:hAnsi="Times New Roman" w:cs="Times New Roman"/>
                <w:color w:val="222222"/>
                <w:sz w:val="24"/>
                <w:szCs w:val="24"/>
              </w:rPr>
              <w:br/>
              <w:t>gpdyouthcourt@greenburghny.</w:t>
            </w:r>
            <w:r w:rsidR="00A727EF">
              <w:rPr>
                <w:rFonts w:ascii="Times New Roman" w:hAnsi="Times New Roman" w:cs="Times New Roman"/>
                <w:color w:val="222222"/>
                <w:sz w:val="24"/>
                <w:szCs w:val="24"/>
              </w:rPr>
              <w:t>gov</w:t>
            </w:r>
            <w:r w:rsidRPr="004C7005">
              <w:rPr>
                <w:rFonts w:ascii="Times New Roman" w:hAnsi="Times New Roman" w:cs="Times New Roman"/>
                <w:color w:val="222222"/>
                <w:sz w:val="24"/>
                <w:szCs w:val="24"/>
              </w:rPr>
              <w:t xml:space="preserve"> | Fax: (914) 682-5370</w:t>
            </w:r>
          </w:p>
        </w:tc>
      </w:tr>
    </w:tbl>
    <w:p w14:paraId="682D1775" w14:textId="77777777" w:rsidR="0081576C" w:rsidRDefault="0081576C" w:rsidP="004C7005"/>
    <w:sectPr w:rsidR="0081576C" w:rsidSect="00034616">
      <w:pgSz w:w="12240" w:h="15840"/>
      <w:pgMar w:top="504" w:right="792" w:bottom="50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3351337">
    <w:abstractNumId w:val="8"/>
  </w:num>
  <w:num w:numId="2" w16cid:durableId="353767078">
    <w:abstractNumId w:val="6"/>
  </w:num>
  <w:num w:numId="3" w16cid:durableId="379550545">
    <w:abstractNumId w:val="5"/>
  </w:num>
  <w:num w:numId="4" w16cid:durableId="976450526">
    <w:abstractNumId w:val="4"/>
  </w:num>
  <w:num w:numId="5" w16cid:durableId="1786271353">
    <w:abstractNumId w:val="7"/>
  </w:num>
  <w:num w:numId="6" w16cid:durableId="1026902538">
    <w:abstractNumId w:val="3"/>
  </w:num>
  <w:num w:numId="7" w16cid:durableId="1710493949">
    <w:abstractNumId w:val="2"/>
  </w:num>
  <w:num w:numId="8" w16cid:durableId="731346781">
    <w:abstractNumId w:val="1"/>
  </w:num>
  <w:num w:numId="9" w16cid:durableId="160715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7005"/>
    <w:rsid w:val="006C332B"/>
    <w:rsid w:val="0081576C"/>
    <w:rsid w:val="00A51656"/>
    <w:rsid w:val="00A727EF"/>
    <w:rsid w:val="00AA1D8D"/>
    <w:rsid w:val="00B47730"/>
    <w:rsid w:val="00C613D6"/>
    <w:rsid w:val="00CB0664"/>
    <w:rsid w:val="00DD26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12F65"/>
  <w14:defaultImageDpi w14:val="300"/>
  <w15:docId w15:val="{5C89363F-45FC-4AFC-A96C-7FA8CE060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2</Pages>
  <Words>378</Words>
  <Characters>2052</Characters>
  <Application>Microsoft Office Word</Application>
  <DocSecurity>0</DocSecurity>
  <Lines>68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Teresa Robinson</cp:lastModifiedBy>
  <cp:revision>3</cp:revision>
  <dcterms:created xsi:type="dcterms:W3CDTF">2026-09-03T13:13:00Z</dcterms:created>
  <dcterms:modified xsi:type="dcterms:W3CDTF">2026-09-03T13:19:00Z</dcterms:modified>
  <cp:category/>
</cp:coreProperties>
</file>